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1F2ED" w14:textId="77777777" w:rsidR="009331DE" w:rsidRDefault="00000000">
      <w:pPr>
        <w:spacing w:after="20" w:line="269" w:lineRule="auto"/>
        <w:jc w:val="right"/>
      </w:pPr>
      <w:r>
        <w:rPr>
          <w:sz w:val="18"/>
        </w:rPr>
        <w:t>2026年8月25日</w:t>
      </w:r>
    </w:p>
    <w:p w14:paraId="4BB14AC9" w14:textId="77777777" w:rsidR="009331DE" w:rsidRDefault="00000000">
      <w:pPr>
        <w:spacing w:after="40" w:line="269" w:lineRule="auto"/>
        <w:jc w:val="center"/>
      </w:pPr>
      <w:r>
        <w:rPr>
          <w:b/>
          <w:sz w:val="36"/>
        </w:rPr>
        <w:t>第54回 昇級審査申込書</w:t>
      </w:r>
    </w:p>
    <w:p w14:paraId="6B8ECEF1" w14:textId="77777777" w:rsidR="009331DE" w:rsidRDefault="00000000">
      <w:pPr>
        <w:spacing w:after="40" w:line="269" w:lineRule="auto"/>
        <w:jc w:val="center"/>
      </w:pPr>
      <w:r>
        <w:rPr>
          <w:b/>
          <w:sz w:val="21"/>
        </w:rPr>
        <w:t>光塾空手 昇級審査日：2026年9月6日（日）</w:t>
      </w:r>
    </w:p>
    <w:p w14:paraId="60A5F028" w14:textId="77777777" w:rsidR="009331DE" w:rsidRDefault="00000000">
      <w:pPr>
        <w:spacing w:after="40" w:line="269" w:lineRule="auto"/>
      </w:pPr>
      <w:r>
        <w:rPr>
          <w:b/>
          <w:sz w:val="22"/>
        </w:rPr>
        <w:t xml:space="preserve"> 審査料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576"/>
        <w:gridCol w:w="2578"/>
        <w:gridCol w:w="2576"/>
        <w:gridCol w:w="2578"/>
      </w:tblGrid>
      <w:tr w:rsidR="009331DE" w14:paraId="57A2A68A" w14:textId="77777777">
        <w:trPr>
          <w:tblHeader/>
          <w:jc w:val="center"/>
        </w:trPr>
        <w:tc>
          <w:tcPr>
            <w:tcW w:w="2635" w:type="dxa"/>
            <w:shd w:val="clear" w:color="auto" w:fill="E7EEF8"/>
          </w:tcPr>
          <w:p w14:paraId="58FB0B11" w14:textId="77777777" w:rsidR="009331DE" w:rsidRDefault="00000000">
            <w:pPr>
              <w:spacing w:line="264" w:lineRule="auto"/>
              <w:jc w:val="center"/>
            </w:pPr>
            <w:r>
              <w:rPr>
                <w:b/>
              </w:rPr>
              <w:t>受審級</w:t>
            </w:r>
          </w:p>
        </w:tc>
        <w:tc>
          <w:tcPr>
            <w:tcW w:w="2635" w:type="dxa"/>
            <w:shd w:val="clear" w:color="auto" w:fill="E7EEF8"/>
          </w:tcPr>
          <w:p w14:paraId="31E47187" w14:textId="77777777" w:rsidR="009331DE" w:rsidRDefault="00000000">
            <w:pPr>
              <w:spacing w:line="264" w:lineRule="auto"/>
              <w:jc w:val="center"/>
            </w:pPr>
            <w:r>
              <w:rPr>
                <w:b/>
              </w:rPr>
              <w:t>審査料</w:t>
            </w:r>
          </w:p>
        </w:tc>
        <w:tc>
          <w:tcPr>
            <w:tcW w:w="2635" w:type="dxa"/>
            <w:shd w:val="clear" w:color="auto" w:fill="E7EEF8"/>
          </w:tcPr>
          <w:p w14:paraId="23E42688" w14:textId="77777777" w:rsidR="009331DE" w:rsidRDefault="00000000">
            <w:pPr>
              <w:spacing w:line="264" w:lineRule="auto"/>
              <w:jc w:val="center"/>
            </w:pPr>
            <w:r>
              <w:rPr>
                <w:b/>
              </w:rPr>
              <w:t>受審級</w:t>
            </w:r>
          </w:p>
        </w:tc>
        <w:tc>
          <w:tcPr>
            <w:tcW w:w="2635" w:type="dxa"/>
            <w:shd w:val="clear" w:color="auto" w:fill="E7EEF8"/>
          </w:tcPr>
          <w:p w14:paraId="02A6E4C2" w14:textId="77777777" w:rsidR="009331DE" w:rsidRDefault="00000000">
            <w:pPr>
              <w:spacing w:line="264" w:lineRule="auto"/>
              <w:jc w:val="center"/>
            </w:pPr>
            <w:r>
              <w:rPr>
                <w:b/>
              </w:rPr>
              <w:t>審査料</w:t>
            </w:r>
          </w:p>
        </w:tc>
      </w:tr>
      <w:tr w:rsidR="009331DE" w14:paraId="776BC26C" w14:textId="77777777">
        <w:trPr>
          <w:jc w:val="center"/>
        </w:trPr>
        <w:tc>
          <w:tcPr>
            <w:tcW w:w="26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DBE197" w14:textId="77777777" w:rsidR="009331DE" w:rsidRDefault="00000000">
            <w:pPr>
              <w:spacing w:line="264" w:lineRule="auto"/>
              <w:jc w:val="center"/>
            </w:pPr>
            <w:r>
              <w:t>9級（橙帯）</w:t>
            </w:r>
          </w:p>
        </w:tc>
        <w:tc>
          <w:tcPr>
            <w:tcW w:w="26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F6A2616" w14:textId="77777777" w:rsidR="009331DE" w:rsidRDefault="00000000">
            <w:pPr>
              <w:spacing w:line="264" w:lineRule="auto"/>
              <w:jc w:val="center"/>
            </w:pPr>
            <w:r>
              <w:t>2,000円</w:t>
            </w:r>
          </w:p>
        </w:tc>
        <w:tc>
          <w:tcPr>
            <w:tcW w:w="26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43F7BB" w14:textId="77777777" w:rsidR="009331DE" w:rsidRDefault="00000000">
            <w:pPr>
              <w:spacing w:line="264" w:lineRule="auto"/>
              <w:jc w:val="center"/>
            </w:pPr>
            <w:r>
              <w:t>8～7級（青帯）</w:t>
            </w:r>
          </w:p>
        </w:tc>
        <w:tc>
          <w:tcPr>
            <w:tcW w:w="26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837D53" w14:textId="77777777" w:rsidR="009331DE" w:rsidRDefault="00000000">
            <w:pPr>
              <w:spacing w:line="264" w:lineRule="auto"/>
              <w:jc w:val="center"/>
            </w:pPr>
            <w:r>
              <w:t>3,000円</w:t>
            </w:r>
          </w:p>
        </w:tc>
      </w:tr>
      <w:tr w:rsidR="009331DE" w14:paraId="5AB772C5" w14:textId="77777777">
        <w:trPr>
          <w:jc w:val="center"/>
        </w:trPr>
        <w:tc>
          <w:tcPr>
            <w:tcW w:w="26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0EB14D" w14:textId="77777777" w:rsidR="009331DE" w:rsidRDefault="00000000">
            <w:pPr>
              <w:spacing w:line="264" w:lineRule="auto"/>
              <w:jc w:val="center"/>
            </w:pPr>
            <w:r>
              <w:t>6級（黄帯）</w:t>
            </w:r>
          </w:p>
        </w:tc>
        <w:tc>
          <w:tcPr>
            <w:tcW w:w="26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B4D1C7" w14:textId="77777777" w:rsidR="009331DE" w:rsidRDefault="00000000">
            <w:pPr>
              <w:spacing w:line="264" w:lineRule="auto"/>
              <w:jc w:val="center"/>
            </w:pPr>
            <w:r>
              <w:t>4,000円</w:t>
            </w:r>
          </w:p>
        </w:tc>
        <w:tc>
          <w:tcPr>
            <w:tcW w:w="26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E0B467" w14:textId="77777777" w:rsidR="009331DE" w:rsidRDefault="00000000">
            <w:pPr>
              <w:spacing w:line="264" w:lineRule="auto"/>
              <w:jc w:val="center"/>
            </w:pPr>
            <w:r>
              <w:t>5級（黄帯）</w:t>
            </w:r>
          </w:p>
        </w:tc>
        <w:tc>
          <w:tcPr>
            <w:tcW w:w="26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75CFF2" w14:textId="77777777" w:rsidR="009331DE" w:rsidRDefault="00000000">
            <w:pPr>
              <w:spacing w:line="264" w:lineRule="auto"/>
              <w:jc w:val="center"/>
            </w:pPr>
            <w:r>
              <w:t>5,000円</w:t>
            </w:r>
          </w:p>
        </w:tc>
      </w:tr>
      <w:tr w:rsidR="009331DE" w14:paraId="488BD272" w14:textId="77777777">
        <w:trPr>
          <w:jc w:val="center"/>
        </w:trPr>
        <w:tc>
          <w:tcPr>
            <w:tcW w:w="26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BAD325" w14:textId="77777777" w:rsidR="009331DE" w:rsidRDefault="00000000">
            <w:pPr>
              <w:spacing w:line="264" w:lineRule="auto"/>
              <w:jc w:val="center"/>
            </w:pPr>
            <w:r>
              <w:t>4～3級（緑帯）</w:t>
            </w:r>
          </w:p>
        </w:tc>
        <w:tc>
          <w:tcPr>
            <w:tcW w:w="26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431BA3" w14:textId="77777777" w:rsidR="009331DE" w:rsidRDefault="00000000">
            <w:pPr>
              <w:spacing w:line="264" w:lineRule="auto"/>
              <w:jc w:val="center"/>
            </w:pPr>
            <w:r>
              <w:t>6,000円</w:t>
            </w:r>
          </w:p>
        </w:tc>
        <w:tc>
          <w:tcPr>
            <w:tcW w:w="26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5883D51" w14:textId="77777777" w:rsidR="009331DE" w:rsidRDefault="00000000">
            <w:pPr>
              <w:spacing w:line="264" w:lineRule="auto"/>
              <w:jc w:val="center"/>
            </w:pPr>
            <w:r>
              <w:t>2～1級（茶帯）</w:t>
            </w:r>
          </w:p>
        </w:tc>
        <w:tc>
          <w:tcPr>
            <w:tcW w:w="26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A52511" w14:textId="77777777" w:rsidR="009331DE" w:rsidRDefault="00000000">
            <w:pPr>
              <w:spacing w:line="264" w:lineRule="auto"/>
              <w:jc w:val="center"/>
            </w:pPr>
            <w:r>
              <w:t>8,000円</w:t>
            </w:r>
          </w:p>
        </w:tc>
      </w:tr>
      <w:tr w:rsidR="009331DE" w14:paraId="20007250" w14:textId="77777777">
        <w:trPr>
          <w:jc w:val="center"/>
        </w:trPr>
        <w:tc>
          <w:tcPr>
            <w:tcW w:w="7905" w:type="dxa"/>
            <w:gridSpan w:val="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152E04" w14:textId="77777777" w:rsidR="009331DE" w:rsidRDefault="00000000">
            <w:pPr>
              <w:spacing w:line="264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帯代（帯の色が変わる場合）</w:t>
            </w:r>
          </w:p>
        </w:tc>
        <w:tc>
          <w:tcPr>
            <w:tcW w:w="26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9317AF" w14:textId="77777777" w:rsidR="009331DE" w:rsidRDefault="00000000">
            <w:pPr>
              <w:spacing w:line="264" w:lineRule="auto"/>
              <w:jc w:val="center"/>
            </w:pPr>
            <w:r>
              <w:t>2,500円～</w:t>
            </w:r>
          </w:p>
        </w:tc>
      </w:tr>
    </w:tbl>
    <w:p w14:paraId="4C2E2374" w14:textId="77777777" w:rsidR="009331DE" w:rsidRDefault="00000000">
      <w:pPr>
        <w:spacing w:before="60" w:after="40" w:line="269" w:lineRule="auto"/>
        <w:rPr>
          <w:lang w:eastAsia="ja-JP"/>
        </w:rPr>
      </w:pPr>
      <w:r>
        <w:rPr>
          <w:b/>
          <w:sz w:val="19"/>
          <w:lang w:eastAsia="ja-JP"/>
        </w:rPr>
        <w:t>審査料を添えてお申し込みください。下記の項目は、空欄のないようご記入ください。</w:t>
      </w:r>
    </w:p>
    <w:p w14:paraId="2113026B" w14:textId="77777777" w:rsidR="009331DE" w:rsidRDefault="00000000">
      <w:pPr>
        <w:spacing w:after="40" w:line="269" w:lineRule="auto"/>
      </w:pPr>
      <w:r>
        <w:rPr>
          <w:b/>
          <w:sz w:val="22"/>
          <w:lang w:eastAsia="ja-JP"/>
        </w:rPr>
        <w:t xml:space="preserve"> </w:t>
      </w:r>
      <w:r>
        <w:rPr>
          <w:b/>
          <w:sz w:val="22"/>
        </w:rPr>
        <w:t>申込者記入欄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571"/>
        <w:gridCol w:w="935"/>
        <w:gridCol w:w="2499"/>
        <w:gridCol w:w="2498"/>
        <w:gridCol w:w="2354"/>
        <w:gridCol w:w="45"/>
      </w:tblGrid>
      <w:tr w:rsidR="009331DE" w14:paraId="79A99C58" w14:textId="77777777" w:rsidTr="000D1BAA">
        <w:trPr>
          <w:gridAfter w:val="1"/>
          <w:wAfter w:w="45" w:type="dxa"/>
          <w:trHeight w:val="456"/>
          <w:jc w:val="center"/>
        </w:trPr>
        <w:tc>
          <w:tcPr>
            <w:tcW w:w="1571" w:type="dxa"/>
            <w:shd w:val="clear" w:color="auto" w:fill="F2F2F2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71507E36" w14:textId="77777777" w:rsidR="009331DE" w:rsidRDefault="00000000" w:rsidP="000D1BAA">
            <w:pPr>
              <w:spacing w:line="264" w:lineRule="auto"/>
              <w:jc w:val="center"/>
            </w:pPr>
            <w:r>
              <w:rPr>
                <w:b/>
              </w:rPr>
              <w:t>申込日</w:t>
            </w:r>
          </w:p>
        </w:tc>
        <w:tc>
          <w:tcPr>
            <w:tcW w:w="8286" w:type="dxa"/>
            <w:gridSpan w:val="4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3806D86D" w14:textId="03EB148C" w:rsidR="009331DE" w:rsidRDefault="00000000">
            <w:pPr>
              <w:spacing w:line="264" w:lineRule="auto"/>
            </w:pPr>
            <w:r>
              <w:t xml:space="preserve">   </w:t>
            </w:r>
            <w:r w:rsidR="000D1BAA">
              <w:rPr>
                <w:rFonts w:ascii="ＭＳ 明朝" w:eastAsia="ＭＳ 明朝" w:hAnsi="ＭＳ 明朝" w:cs="ＭＳ 明朝" w:hint="eastAsia"/>
                <w:lang w:eastAsia="ja-JP"/>
              </w:rPr>
              <w:t xml:space="preserve">　　　　　</w:t>
            </w:r>
            <w:r>
              <w:t xml:space="preserve"> 年   </w:t>
            </w:r>
            <w:r w:rsidR="000D1BAA">
              <w:rPr>
                <w:rFonts w:ascii="ＭＳ 明朝" w:eastAsia="ＭＳ 明朝" w:hAnsi="ＭＳ 明朝" w:cs="ＭＳ 明朝" w:hint="eastAsia"/>
                <w:lang w:eastAsia="ja-JP"/>
              </w:rPr>
              <w:t xml:space="preserve">　　　</w:t>
            </w:r>
            <w:r>
              <w:t xml:space="preserve">月   </w:t>
            </w:r>
            <w:r w:rsidR="000D1BAA">
              <w:rPr>
                <w:rFonts w:ascii="ＭＳ 明朝" w:eastAsia="ＭＳ 明朝" w:hAnsi="ＭＳ 明朝" w:cs="ＭＳ 明朝" w:hint="eastAsia"/>
                <w:lang w:eastAsia="ja-JP"/>
              </w:rPr>
              <w:t xml:space="preserve">　　　</w:t>
            </w:r>
            <w:r>
              <w:t>日</w:t>
            </w:r>
          </w:p>
        </w:tc>
      </w:tr>
      <w:tr w:rsidR="009331DE" w14:paraId="1A846299" w14:textId="77777777" w:rsidTr="000D1BAA">
        <w:trPr>
          <w:gridAfter w:val="1"/>
          <w:wAfter w:w="45" w:type="dxa"/>
          <w:trHeight w:val="456"/>
          <w:jc w:val="center"/>
        </w:trPr>
        <w:tc>
          <w:tcPr>
            <w:tcW w:w="1571" w:type="dxa"/>
            <w:shd w:val="clear" w:color="auto" w:fill="F2F2F2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7ADFD87F" w14:textId="77777777" w:rsidR="009331DE" w:rsidRDefault="00000000" w:rsidP="000D1BAA">
            <w:pPr>
              <w:spacing w:line="264" w:lineRule="auto"/>
              <w:jc w:val="center"/>
            </w:pPr>
            <w:r>
              <w:rPr>
                <w:b/>
              </w:rPr>
              <w:t>審査の級</w:t>
            </w:r>
          </w:p>
        </w:tc>
        <w:tc>
          <w:tcPr>
            <w:tcW w:w="8286" w:type="dxa"/>
            <w:gridSpan w:val="4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78817C24" w14:textId="115EB044" w:rsidR="009331DE" w:rsidRDefault="00000000">
            <w:pPr>
              <w:spacing w:line="264" w:lineRule="auto"/>
              <w:rPr>
                <w:lang w:eastAsia="ja-JP"/>
              </w:rPr>
            </w:pPr>
            <w:r>
              <w:rPr>
                <w:lang w:eastAsia="ja-JP"/>
              </w:rPr>
              <w:t xml:space="preserve">     </w:t>
            </w:r>
            <w:r w:rsidR="000D1BAA">
              <w:rPr>
                <w:rFonts w:ascii="ＭＳ 明朝" w:eastAsia="ＭＳ 明朝" w:hAnsi="ＭＳ 明朝" w:cs="ＭＳ 明朝" w:hint="eastAsia"/>
                <w:lang w:eastAsia="ja-JP"/>
              </w:rPr>
              <w:t xml:space="preserve">　　　　　</w:t>
            </w:r>
            <w:r>
              <w:rPr>
                <w:lang w:eastAsia="ja-JP"/>
              </w:rPr>
              <w:t xml:space="preserve">級・段 （現在の級     </w:t>
            </w:r>
            <w:r w:rsidR="000D1BAA">
              <w:rPr>
                <w:rFonts w:ascii="ＭＳ 明朝" w:eastAsia="ＭＳ 明朝" w:hAnsi="ＭＳ 明朝" w:cs="ＭＳ 明朝" w:hint="eastAsia"/>
                <w:lang w:eastAsia="ja-JP"/>
              </w:rPr>
              <w:t xml:space="preserve">　　</w:t>
            </w:r>
            <w:r>
              <w:rPr>
                <w:lang w:eastAsia="ja-JP"/>
              </w:rPr>
              <w:t>級）</w:t>
            </w:r>
          </w:p>
        </w:tc>
      </w:tr>
      <w:tr w:rsidR="009331DE" w14:paraId="7974B427" w14:textId="77777777" w:rsidTr="003B7E38">
        <w:trPr>
          <w:gridAfter w:val="1"/>
          <w:wAfter w:w="45" w:type="dxa"/>
          <w:trHeight w:val="428"/>
          <w:jc w:val="center"/>
        </w:trPr>
        <w:tc>
          <w:tcPr>
            <w:tcW w:w="1571" w:type="dxa"/>
            <w:shd w:val="clear" w:color="auto" w:fill="F2F2F2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63C74240" w14:textId="74DF4ED9" w:rsidR="009331DE" w:rsidRDefault="00000000" w:rsidP="000D1BAA">
            <w:pPr>
              <w:spacing w:line="264" w:lineRule="auto"/>
              <w:jc w:val="center"/>
            </w:pPr>
            <w:r>
              <w:rPr>
                <w:b/>
              </w:rPr>
              <w:t>住所</w:t>
            </w:r>
          </w:p>
        </w:tc>
        <w:tc>
          <w:tcPr>
            <w:tcW w:w="8286" w:type="dxa"/>
            <w:gridSpan w:val="4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6E4573B4" w14:textId="77777777" w:rsidR="009331DE" w:rsidRDefault="009331DE">
            <w:pPr>
              <w:spacing w:line="264" w:lineRule="auto"/>
            </w:pPr>
          </w:p>
        </w:tc>
      </w:tr>
      <w:tr w:rsidR="009331DE" w14:paraId="140106AD" w14:textId="77777777" w:rsidTr="003B7E38">
        <w:trPr>
          <w:gridAfter w:val="1"/>
          <w:wAfter w:w="45" w:type="dxa"/>
          <w:trHeight w:val="482"/>
          <w:jc w:val="center"/>
        </w:trPr>
        <w:tc>
          <w:tcPr>
            <w:tcW w:w="1571" w:type="dxa"/>
            <w:shd w:val="clear" w:color="auto" w:fill="F2F2F2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0D302E70" w14:textId="77777777" w:rsidR="009331DE" w:rsidRDefault="00000000" w:rsidP="000D1BAA">
            <w:pPr>
              <w:spacing w:line="264" w:lineRule="auto"/>
              <w:jc w:val="center"/>
            </w:pPr>
            <w:r>
              <w:rPr>
                <w:b/>
              </w:rPr>
              <w:t>名前・年齢</w:t>
            </w:r>
          </w:p>
        </w:tc>
        <w:tc>
          <w:tcPr>
            <w:tcW w:w="8286" w:type="dxa"/>
            <w:gridSpan w:val="4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0C723251" w14:textId="795EED99" w:rsidR="009331DE" w:rsidRDefault="00000000">
            <w:pPr>
              <w:spacing w:line="264" w:lineRule="auto"/>
            </w:pPr>
            <w:r>
              <w:t xml:space="preserve">      </w:t>
            </w:r>
            <w:r w:rsidR="000D1BAA">
              <w:rPr>
                <w:rFonts w:ascii="ＭＳ 明朝" w:eastAsia="ＭＳ 明朝" w:hAnsi="ＭＳ 明朝" w:cs="ＭＳ 明朝" w:hint="eastAsia"/>
                <w:lang w:eastAsia="ja-JP"/>
              </w:rPr>
              <w:t xml:space="preserve">　　　　　　　　　　　　　　　　　</w:t>
            </w:r>
            <w:r>
              <w:t xml:space="preserve">  （   </w:t>
            </w:r>
            <w:r w:rsidR="000D1BAA">
              <w:rPr>
                <w:rFonts w:ascii="ＭＳ 明朝" w:eastAsia="ＭＳ 明朝" w:hAnsi="ＭＳ 明朝" w:cs="ＭＳ 明朝" w:hint="eastAsia"/>
                <w:lang w:eastAsia="ja-JP"/>
              </w:rPr>
              <w:t xml:space="preserve">　　</w:t>
            </w:r>
            <w:r>
              <w:t xml:space="preserve"> </w:t>
            </w:r>
            <w:r w:rsidR="000D1BAA">
              <w:rPr>
                <w:rFonts w:ascii="ＭＳ 明朝" w:eastAsia="ＭＳ 明朝" w:hAnsi="ＭＳ 明朝" w:cs="ＭＳ 明朝" w:hint="eastAsia"/>
                <w:lang w:eastAsia="ja-JP"/>
              </w:rPr>
              <w:t xml:space="preserve">　</w:t>
            </w:r>
            <w:r>
              <w:t>歳）</w:t>
            </w:r>
          </w:p>
        </w:tc>
      </w:tr>
      <w:tr w:rsidR="009331DE" w14:paraId="133FD7BA" w14:textId="77777777" w:rsidTr="000D1BAA">
        <w:trPr>
          <w:gridAfter w:val="1"/>
          <w:wAfter w:w="45" w:type="dxa"/>
          <w:trHeight w:val="456"/>
          <w:jc w:val="center"/>
        </w:trPr>
        <w:tc>
          <w:tcPr>
            <w:tcW w:w="1571" w:type="dxa"/>
            <w:shd w:val="clear" w:color="auto" w:fill="F2F2F2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0669C5A3" w14:textId="77777777" w:rsidR="009331DE" w:rsidRDefault="00000000" w:rsidP="000D1BAA">
            <w:pPr>
              <w:spacing w:line="264" w:lineRule="auto"/>
              <w:jc w:val="center"/>
            </w:pPr>
            <w:r>
              <w:rPr>
                <w:b/>
              </w:rPr>
              <w:t>修業年数</w:t>
            </w:r>
          </w:p>
        </w:tc>
        <w:tc>
          <w:tcPr>
            <w:tcW w:w="8286" w:type="dxa"/>
            <w:gridSpan w:val="4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22CFA6D4" w14:textId="09036921" w:rsidR="009331DE" w:rsidRDefault="00000000">
            <w:pPr>
              <w:spacing w:line="264" w:lineRule="auto"/>
            </w:pPr>
            <w:r>
              <w:t xml:space="preserve">     </w:t>
            </w:r>
            <w:r w:rsidR="000D1BAA">
              <w:rPr>
                <w:rFonts w:ascii="ＭＳ 明朝" w:eastAsia="ＭＳ 明朝" w:hAnsi="ＭＳ 明朝" w:cs="ＭＳ 明朝" w:hint="eastAsia"/>
                <w:lang w:eastAsia="ja-JP"/>
              </w:rPr>
              <w:t xml:space="preserve">　　　　　</w:t>
            </w:r>
            <w:r>
              <w:t>年</w:t>
            </w:r>
            <w:r w:rsidR="000D1BAA">
              <w:rPr>
                <w:rFonts w:ascii="ＭＳ 明朝" w:eastAsia="ＭＳ 明朝" w:hAnsi="ＭＳ 明朝" w:cs="ＭＳ 明朝" w:hint="eastAsia"/>
                <w:lang w:eastAsia="ja-JP"/>
              </w:rPr>
              <w:t xml:space="preserve">　　　　　ヶ月</w:t>
            </w:r>
          </w:p>
        </w:tc>
      </w:tr>
      <w:tr w:rsidR="009331DE" w14:paraId="01E89AB4" w14:textId="77777777" w:rsidTr="000D1BAA">
        <w:trPr>
          <w:gridAfter w:val="1"/>
          <w:wAfter w:w="45" w:type="dxa"/>
          <w:trHeight w:val="503"/>
          <w:jc w:val="center"/>
        </w:trPr>
        <w:tc>
          <w:tcPr>
            <w:tcW w:w="1571" w:type="dxa"/>
            <w:shd w:val="clear" w:color="auto" w:fill="F2F2F2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1343C3B4" w14:textId="77777777" w:rsidR="009331DE" w:rsidRDefault="00000000" w:rsidP="000D1BAA">
            <w:pPr>
              <w:spacing w:line="264" w:lineRule="auto"/>
              <w:jc w:val="center"/>
            </w:pPr>
            <w:r>
              <w:rPr>
                <w:b/>
              </w:rPr>
              <w:t>学校名・学年</w:t>
            </w:r>
          </w:p>
        </w:tc>
        <w:tc>
          <w:tcPr>
            <w:tcW w:w="8286" w:type="dxa"/>
            <w:gridSpan w:val="4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29B78EA8" w14:textId="20B69B55" w:rsidR="009331DE" w:rsidRPr="000D1BAA" w:rsidRDefault="009331DE">
            <w:pPr>
              <w:spacing w:line="264" w:lineRule="auto"/>
              <w:rPr>
                <w:rFonts w:eastAsiaTheme="minorEastAsia" w:hint="eastAsia"/>
                <w:lang w:eastAsia="ja-JP"/>
              </w:rPr>
            </w:pPr>
          </w:p>
        </w:tc>
      </w:tr>
      <w:tr w:rsidR="009331DE" w14:paraId="7A6E8513" w14:textId="77777777" w:rsidTr="003B7E38">
        <w:trPr>
          <w:gridAfter w:val="1"/>
          <w:wAfter w:w="45" w:type="dxa"/>
          <w:trHeight w:val="510"/>
          <w:jc w:val="center"/>
        </w:trPr>
        <w:tc>
          <w:tcPr>
            <w:tcW w:w="1571" w:type="dxa"/>
            <w:shd w:val="clear" w:color="auto" w:fill="F2F2F2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53838C6F" w14:textId="77777777" w:rsidR="009331DE" w:rsidRDefault="00000000" w:rsidP="000D1BAA">
            <w:pPr>
              <w:spacing w:line="264" w:lineRule="auto"/>
              <w:jc w:val="center"/>
            </w:pPr>
            <w:r>
              <w:rPr>
                <w:b/>
              </w:rPr>
              <w:t>身長・体重</w:t>
            </w:r>
          </w:p>
        </w:tc>
        <w:tc>
          <w:tcPr>
            <w:tcW w:w="8286" w:type="dxa"/>
            <w:gridSpan w:val="4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78AF5C22" w14:textId="2FAB3EFC" w:rsidR="009331DE" w:rsidRDefault="00000000" w:rsidP="000E3E06">
            <w:pPr>
              <w:spacing w:line="264" w:lineRule="auto"/>
              <w:ind w:firstLineChars="300" w:firstLine="600"/>
            </w:pPr>
            <w:r>
              <w:t xml:space="preserve">身長    </w:t>
            </w:r>
            <w:r w:rsidR="000D1BAA">
              <w:rPr>
                <w:rFonts w:ascii="ＭＳ 明朝" w:eastAsia="ＭＳ 明朝" w:hAnsi="ＭＳ 明朝" w:cs="ＭＳ 明朝" w:hint="eastAsia"/>
                <w:lang w:eastAsia="ja-JP"/>
              </w:rPr>
              <w:t xml:space="preserve">　　　</w:t>
            </w:r>
            <w:r w:rsidR="00C1385D">
              <w:rPr>
                <w:rFonts w:ascii="ＭＳ 明朝" w:eastAsia="ＭＳ 明朝" w:hAnsi="ＭＳ 明朝" w:cs="ＭＳ 明朝" w:hint="eastAsia"/>
                <w:lang w:eastAsia="ja-JP"/>
              </w:rPr>
              <w:t xml:space="preserve">　</w:t>
            </w:r>
            <w:r>
              <w:t xml:space="preserve"> cm  </w:t>
            </w:r>
            <w:r w:rsidR="000D1BAA">
              <w:rPr>
                <w:rFonts w:ascii="ＭＳ 明朝" w:eastAsia="ＭＳ 明朝" w:hAnsi="ＭＳ 明朝" w:cs="ＭＳ 明朝" w:hint="eastAsia"/>
                <w:lang w:eastAsia="ja-JP"/>
              </w:rPr>
              <w:t xml:space="preserve">　　　</w:t>
            </w:r>
            <w:r>
              <w:t xml:space="preserve">体重    </w:t>
            </w:r>
            <w:r w:rsidR="000D1BAA">
              <w:rPr>
                <w:rFonts w:ascii="ＭＳ 明朝" w:eastAsia="ＭＳ 明朝" w:hAnsi="ＭＳ 明朝" w:cs="ＭＳ 明朝" w:hint="eastAsia"/>
                <w:lang w:eastAsia="ja-JP"/>
              </w:rPr>
              <w:t xml:space="preserve">　　　</w:t>
            </w:r>
            <w:r w:rsidR="00C1385D">
              <w:rPr>
                <w:rFonts w:ascii="ＭＳ 明朝" w:eastAsia="ＭＳ 明朝" w:hAnsi="ＭＳ 明朝" w:cs="ＭＳ 明朝" w:hint="eastAsia"/>
                <w:lang w:eastAsia="ja-JP"/>
              </w:rPr>
              <w:t xml:space="preserve">　</w:t>
            </w:r>
            <w:r>
              <w:t xml:space="preserve"> kg</w:t>
            </w:r>
          </w:p>
        </w:tc>
      </w:tr>
      <w:tr w:rsidR="009331DE" w14:paraId="6E94A784" w14:textId="77777777" w:rsidTr="003B7E38">
        <w:trPr>
          <w:gridAfter w:val="1"/>
          <w:wAfter w:w="45" w:type="dxa"/>
          <w:trHeight w:val="492"/>
          <w:jc w:val="center"/>
        </w:trPr>
        <w:tc>
          <w:tcPr>
            <w:tcW w:w="1571" w:type="dxa"/>
            <w:shd w:val="clear" w:color="auto" w:fill="F2F2F2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7CF42C80" w14:textId="77777777" w:rsidR="009331DE" w:rsidRDefault="00000000" w:rsidP="000D1BAA">
            <w:pPr>
              <w:spacing w:line="264" w:lineRule="auto"/>
              <w:jc w:val="center"/>
            </w:pPr>
            <w:r>
              <w:rPr>
                <w:b/>
              </w:rPr>
              <w:t>連絡先／携帯</w:t>
            </w:r>
          </w:p>
        </w:tc>
        <w:tc>
          <w:tcPr>
            <w:tcW w:w="8286" w:type="dxa"/>
            <w:gridSpan w:val="4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3E5C1B6B" w14:textId="77777777" w:rsidR="009331DE" w:rsidRDefault="009331DE">
            <w:pPr>
              <w:spacing w:line="264" w:lineRule="auto"/>
            </w:pPr>
          </w:p>
        </w:tc>
      </w:tr>
      <w:tr w:rsidR="009331DE" w14:paraId="7F84F75D" w14:textId="77777777" w:rsidTr="000D1BAA">
        <w:trPr>
          <w:trHeight w:val="228"/>
          <w:jc w:val="center"/>
        </w:trPr>
        <w:tc>
          <w:tcPr>
            <w:tcW w:w="2506" w:type="dxa"/>
            <w:gridSpan w:val="2"/>
            <w:shd w:val="clear" w:color="auto" w:fill="F2F2F2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57EB7660" w14:textId="77777777" w:rsidR="009331DE" w:rsidRDefault="00000000">
            <w:pPr>
              <w:spacing w:line="264" w:lineRule="auto"/>
              <w:jc w:val="center"/>
            </w:pPr>
            <w:r>
              <w:rPr>
                <w:b/>
              </w:rPr>
              <w:t>審査料</w:t>
            </w:r>
          </w:p>
        </w:tc>
        <w:tc>
          <w:tcPr>
            <w:tcW w:w="2499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7F2931CA" w14:textId="77777777" w:rsidR="009331DE" w:rsidRDefault="00000000">
            <w:pPr>
              <w:spacing w:line="264" w:lineRule="auto"/>
              <w:jc w:val="center"/>
            </w:pPr>
            <w:r>
              <w:t xml:space="preserve">                         円</w:t>
            </w:r>
          </w:p>
        </w:tc>
        <w:tc>
          <w:tcPr>
            <w:tcW w:w="2498" w:type="dxa"/>
            <w:shd w:val="clear" w:color="auto" w:fill="F2F2F2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6A680851" w14:textId="77777777" w:rsidR="009331DE" w:rsidRDefault="00000000">
            <w:pPr>
              <w:spacing w:line="264" w:lineRule="auto"/>
              <w:jc w:val="center"/>
            </w:pPr>
            <w:r>
              <w:rPr>
                <w:b/>
              </w:rPr>
              <w:t>納入確認</w:t>
            </w:r>
          </w:p>
        </w:tc>
        <w:tc>
          <w:tcPr>
            <w:tcW w:w="2399" w:type="dxa"/>
            <w:gridSpan w:val="2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34140808" w14:textId="77777777" w:rsidR="009331DE" w:rsidRDefault="00000000">
            <w:pPr>
              <w:spacing w:line="264" w:lineRule="auto"/>
              <w:jc w:val="center"/>
            </w:pPr>
            <w:r>
              <w:t>済 ・ 未</w:t>
            </w:r>
          </w:p>
        </w:tc>
      </w:tr>
    </w:tbl>
    <w:p w14:paraId="2B12B089" w14:textId="77777777" w:rsidR="009331DE" w:rsidRDefault="00000000">
      <w:pPr>
        <w:spacing w:before="40" w:after="40" w:line="269" w:lineRule="auto"/>
        <w:rPr>
          <w:rFonts w:eastAsiaTheme="minorEastAsia"/>
          <w:b/>
          <w:sz w:val="18"/>
          <w:lang w:eastAsia="ja-JP"/>
        </w:rPr>
      </w:pPr>
      <w:r>
        <w:rPr>
          <w:b/>
          <w:sz w:val="18"/>
          <w:lang w:eastAsia="ja-JP"/>
        </w:rPr>
        <w:t>※記入漏れがある場合は受付できません。必ず審査料を添えて提出してください。</w:t>
      </w:r>
    </w:p>
    <w:p w14:paraId="452D432D" w14:textId="0636262A" w:rsidR="003B7E38" w:rsidRPr="003B7E38" w:rsidRDefault="00A82FD2">
      <w:pPr>
        <w:spacing w:before="40" w:after="40" w:line="269" w:lineRule="auto"/>
        <w:rPr>
          <w:rFonts w:eastAsiaTheme="minorEastAsia" w:hint="eastAsia"/>
          <w:lang w:eastAsia="ja-JP"/>
        </w:rPr>
      </w:pPr>
      <w:r>
        <w:rPr>
          <w:rFonts w:eastAsiaTheme="minorEastAsia" w:hint="eastAsia"/>
          <w:lang w:eastAsia="ja-JP"/>
        </w:rPr>
        <w:t xml:space="preserve"> </w:t>
      </w:r>
      <w:r w:rsidR="007966A4">
        <w:rPr>
          <w:rFonts w:eastAsiaTheme="minorEastAsia" w:hint="eastAsia"/>
          <w:lang w:eastAsia="ja-JP"/>
        </w:rPr>
        <w:t>～～～～～～～～～～～～～～～～～～～～～～～～～～～～～～～～～～～～～～～～～～～～～～～～～～</w:t>
      </w:r>
    </w:p>
    <w:p w14:paraId="070B3417" w14:textId="4CCFC7D7" w:rsidR="009331DE" w:rsidRDefault="00000000">
      <w:pPr>
        <w:spacing w:before="280" w:after="40" w:line="269" w:lineRule="auto"/>
        <w:rPr>
          <w:lang w:eastAsia="ja-JP"/>
        </w:rPr>
      </w:pPr>
      <w:r>
        <w:rPr>
          <w:b/>
          <w:sz w:val="22"/>
          <w:lang w:eastAsia="ja-JP"/>
        </w:rPr>
        <w:t>備考・審査内容</w:t>
      </w:r>
      <w:r w:rsidR="00C773A3">
        <w:rPr>
          <w:rFonts w:ascii="ＭＳ 明朝" w:eastAsia="ＭＳ 明朝" w:hAnsi="ＭＳ 明朝" w:cs="ＭＳ 明朝" w:hint="eastAsia"/>
          <w:b/>
          <w:sz w:val="22"/>
          <w:lang w:eastAsia="ja-JP"/>
        </w:rPr>
        <w:t>（審査員記入欄）</w:t>
      </w:r>
    </w:p>
    <w:p w14:paraId="53DA124C" w14:textId="77777777" w:rsidR="009331DE" w:rsidRDefault="00000000">
      <w:pPr>
        <w:spacing w:after="0" w:line="240" w:lineRule="auto"/>
        <w:ind w:left="227" w:hanging="170"/>
        <w:rPr>
          <w:lang w:eastAsia="ja-JP"/>
        </w:rPr>
      </w:pPr>
      <w:r>
        <w:rPr>
          <w:b/>
          <w:lang w:eastAsia="ja-JP"/>
        </w:rPr>
        <w:t xml:space="preserve">● </w:t>
      </w:r>
      <w:r>
        <w:rPr>
          <w:lang w:eastAsia="ja-JP"/>
        </w:rPr>
        <w:t>青帯審査以下の受審の課題形：大極1、鉄騎初段、平安1</w:t>
      </w:r>
    </w:p>
    <w:p w14:paraId="6FFCD36F" w14:textId="77777777" w:rsidR="009331DE" w:rsidRDefault="00000000">
      <w:pPr>
        <w:spacing w:after="0" w:line="240" w:lineRule="auto"/>
        <w:ind w:left="227" w:hanging="170"/>
        <w:rPr>
          <w:lang w:eastAsia="ja-JP"/>
        </w:rPr>
      </w:pPr>
      <w:r>
        <w:rPr>
          <w:b/>
          <w:lang w:eastAsia="ja-JP"/>
        </w:rPr>
        <w:t xml:space="preserve">● </w:t>
      </w:r>
      <w:r>
        <w:rPr>
          <w:lang w:eastAsia="ja-JP"/>
        </w:rPr>
        <w:t>黄帯以上の受審の課題形：平安1、平安2、鉄騎初段、鉄騎二段又は安三（ヤンツー）</w:t>
      </w:r>
    </w:p>
    <w:p w14:paraId="514843C2" w14:textId="77777777" w:rsidR="009331DE" w:rsidRDefault="00000000">
      <w:pPr>
        <w:spacing w:after="0" w:line="240" w:lineRule="auto"/>
        <w:ind w:left="227" w:hanging="170"/>
        <w:rPr>
          <w:lang w:eastAsia="ja-JP"/>
        </w:rPr>
      </w:pPr>
      <w:r>
        <w:rPr>
          <w:b/>
          <w:lang w:eastAsia="ja-JP"/>
        </w:rPr>
        <w:t xml:space="preserve">● </w:t>
      </w:r>
      <w:r>
        <w:rPr>
          <w:lang w:eastAsia="ja-JP"/>
        </w:rPr>
        <w:t>茶帯以上の受審形：平安1、平安2、自由形1（得意な形で難易度の高いもの）</w:t>
      </w:r>
    </w:p>
    <w:p w14:paraId="5C5C3BD2" w14:textId="77777777" w:rsidR="009331DE" w:rsidRDefault="00000000">
      <w:pPr>
        <w:spacing w:after="0" w:line="240" w:lineRule="auto"/>
        <w:ind w:left="227" w:hanging="170"/>
        <w:rPr>
          <w:lang w:eastAsia="ja-JP"/>
        </w:rPr>
      </w:pPr>
      <w:r>
        <w:rPr>
          <w:b/>
          <w:lang w:eastAsia="ja-JP"/>
        </w:rPr>
        <w:t xml:space="preserve">● </w:t>
      </w:r>
      <w:r>
        <w:rPr>
          <w:lang w:eastAsia="ja-JP"/>
        </w:rPr>
        <w:t>茶帯以上必須：古武道「棒」… 周氏の棍小の形、基本の形と名称を言える事、組手3本以上</w:t>
      </w:r>
    </w:p>
    <w:p w14:paraId="596FD907" w14:textId="77777777" w:rsidR="009331DE" w:rsidRDefault="00000000">
      <w:pPr>
        <w:spacing w:after="0" w:line="240" w:lineRule="auto"/>
        <w:ind w:left="227" w:hanging="170"/>
        <w:rPr>
          <w:lang w:eastAsia="ja-JP"/>
        </w:rPr>
      </w:pPr>
      <w:r>
        <w:rPr>
          <w:b/>
          <w:lang w:eastAsia="ja-JP"/>
        </w:rPr>
        <w:t xml:space="preserve">● </w:t>
      </w:r>
      <w:r>
        <w:rPr>
          <w:lang w:eastAsia="ja-JP"/>
        </w:rPr>
        <w:t>出席率と指導内容MEMO（日記帳）の提出も加味します。（日頃注意されていることを修正）</w:t>
      </w:r>
    </w:p>
    <w:p w14:paraId="32E5D768" w14:textId="77777777" w:rsidR="009331DE" w:rsidRDefault="00000000">
      <w:pPr>
        <w:spacing w:after="0" w:line="240" w:lineRule="auto"/>
        <w:ind w:left="227" w:hanging="170"/>
        <w:rPr>
          <w:lang w:eastAsia="ja-JP"/>
        </w:rPr>
      </w:pPr>
      <w:r>
        <w:rPr>
          <w:b/>
          <w:lang w:eastAsia="ja-JP"/>
        </w:rPr>
        <w:t xml:space="preserve">● </w:t>
      </w:r>
      <w:r>
        <w:rPr>
          <w:lang w:eastAsia="ja-JP"/>
        </w:rPr>
        <w:t>緑帯以上は組手審査あり</w:t>
      </w:r>
    </w:p>
    <w:p w14:paraId="36857FE8" w14:textId="77777777" w:rsidR="009331DE" w:rsidRDefault="00000000">
      <w:pPr>
        <w:spacing w:before="60" w:after="40" w:line="269" w:lineRule="auto"/>
        <w:rPr>
          <w:lang w:eastAsia="ja-JP"/>
        </w:rPr>
      </w:pPr>
      <w:r>
        <w:rPr>
          <w:b/>
          <w:sz w:val="18"/>
          <w:lang w:eastAsia="ja-JP"/>
        </w:rPr>
        <w:t>以下は審査担当者記入欄です。申込者は記入しないでください。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5146"/>
        <w:gridCol w:w="5162"/>
      </w:tblGrid>
      <w:tr w:rsidR="009331DE" w14:paraId="18815BB6" w14:textId="77777777" w:rsidTr="001A6016">
        <w:trPr>
          <w:jc w:val="center"/>
        </w:trPr>
        <w:tc>
          <w:tcPr>
            <w:tcW w:w="5146" w:type="dxa"/>
            <w:shd w:val="clear" w:color="auto" w:fill="E7EEF8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3A88B9EE" w14:textId="77777777" w:rsidR="009331DE" w:rsidRDefault="00000000" w:rsidP="000D1BAA">
            <w:pPr>
              <w:spacing w:line="264" w:lineRule="auto"/>
              <w:jc w:val="center"/>
            </w:pPr>
            <w:r>
              <w:rPr>
                <w:b/>
              </w:rPr>
              <w:t>出席日数・時間</w:t>
            </w:r>
          </w:p>
        </w:tc>
        <w:tc>
          <w:tcPr>
            <w:tcW w:w="5162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2A51A05A" w14:textId="16F42302" w:rsidR="009331DE" w:rsidRDefault="00000000">
            <w:pPr>
              <w:spacing w:line="264" w:lineRule="auto"/>
              <w:rPr>
                <w:lang w:eastAsia="ja-JP"/>
              </w:rPr>
            </w:pPr>
            <w:r>
              <w:rPr>
                <w:lang w:eastAsia="ja-JP"/>
              </w:rPr>
              <w:t xml:space="preserve">   </w:t>
            </w:r>
            <w:r w:rsidR="000E3E06">
              <w:rPr>
                <w:rFonts w:ascii="ＭＳ 明朝" w:eastAsia="ＭＳ 明朝" w:hAnsi="ＭＳ 明朝" w:cs="ＭＳ 明朝" w:hint="eastAsia"/>
                <w:lang w:eastAsia="ja-JP"/>
              </w:rPr>
              <w:t xml:space="preserve">　　</w:t>
            </w:r>
            <w:r>
              <w:rPr>
                <w:lang w:eastAsia="ja-JP"/>
              </w:rPr>
              <w:t xml:space="preserve">  </w:t>
            </w:r>
            <w:r w:rsidR="000E3E06">
              <w:rPr>
                <w:rFonts w:ascii="ＭＳ 明朝" w:eastAsia="ＭＳ 明朝" w:hAnsi="ＭＳ 明朝" w:cs="ＭＳ 明朝" w:hint="eastAsia"/>
                <w:lang w:eastAsia="ja-JP"/>
              </w:rPr>
              <w:t xml:space="preserve">　　</w:t>
            </w:r>
            <w:r>
              <w:rPr>
                <w:lang w:eastAsia="ja-JP"/>
              </w:rPr>
              <w:t xml:space="preserve">日（    </w:t>
            </w:r>
            <w:r w:rsidR="000E3E06">
              <w:rPr>
                <w:rFonts w:ascii="ＭＳ 明朝" w:eastAsia="ＭＳ 明朝" w:hAnsi="ＭＳ 明朝" w:cs="ＭＳ 明朝" w:hint="eastAsia"/>
                <w:lang w:eastAsia="ja-JP"/>
              </w:rPr>
              <w:t xml:space="preserve">　　</w:t>
            </w:r>
            <w:r>
              <w:rPr>
                <w:lang w:eastAsia="ja-JP"/>
              </w:rPr>
              <w:t xml:space="preserve"> 時間） その他参考：   </w:t>
            </w:r>
          </w:p>
        </w:tc>
      </w:tr>
      <w:tr w:rsidR="009331DE" w14:paraId="77826BAF" w14:textId="77777777" w:rsidTr="001A6016">
        <w:trPr>
          <w:jc w:val="center"/>
        </w:trPr>
        <w:tc>
          <w:tcPr>
            <w:tcW w:w="5146" w:type="dxa"/>
            <w:shd w:val="clear" w:color="auto" w:fill="E7EEF8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35A825BE" w14:textId="77777777" w:rsidR="009331DE" w:rsidRDefault="00000000" w:rsidP="000D1BAA">
            <w:pPr>
              <w:spacing w:line="264" w:lineRule="auto"/>
              <w:jc w:val="center"/>
              <w:rPr>
                <w:lang w:eastAsia="ja-JP"/>
              </w:rPr>
            </w:pPr>
            <w:r>
              <w:rPr>
                <w:b/>
                <w:lang w:eastAsia="ja-JP"/>
              </w:rPr>
              <w:t>昇級・昇段審査協議会判定</w:t>
            </w:r>
          </w:p>
        </w:tc>
        <w:tc>
          <w:tcPr>
            <w:tcW w:w="5162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0EBCAE96" w14:textId="77777777" w:rsidR="009331DE" w:rsidRDefault="00000000" w:rsidP="000D1BAA">
            <w:pPr>
              <w:spacing w:line="264" w:lineRule="auto"/>
              <w:jc w:val="center"/>
            </w:pPr>
            <w:r>
              <w:t>合格 ・ 保留 ・ 再審査</w:t>
            </w:r>
          </w:p>
        </w:tc>
      </w:tr>
      <w:tr w:rsidR="001A6016" w14:paraId="0F6304A7" w14:textId="77777777" w:rsidTr="001A6016">
        <w:trPr>
          <w:jc w:val="center"/>
        </w:trPr>
        <w:tc>
          <w:tcPr>
            <w:tcW w:w="5146" w:type="dxa"/>
            <w:shd w:val="clear" w:color="auto" w:fill="E7EEF8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0D877403" w14:textId="6B98A793" w:rsidR="001A6016" w:rsidRDefault="00C52DC7" w:rsidP="000D1BAA">
            <w:pPr>
              <w:spacing w:line="264" w:lineRule="auto"/>
              <w:jc w:val="center"/>
              <w:rPr>
                <w:b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b/>
                <w:lang w:eastAsia="ja-JP"/>
              </w:rPr>
              <w:t>審査員</w:t>
            </w:r>
          </w:p>
        </w:tc>
        <w:tc>
          <w:tcPr>
            <w:tcW w:w="5162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207A5030" w14:textId="16D84718" w:rsidR="001A6016" w:rsidRPr="00190DFC" w:rsidRDefault="00190DFC" w:rsidP="00190DFC">
            <w:pPr>
              <w:spacing w:line="264" w:lineRule="auto"/>
              <w:rPr>
                <w:rFonts w:eastAsiaTheme="minorEastAsia" w:hint="eastAsia"/>
                <w:lang w:eastAsia="ja-JP"/>
              </w:rPr>
            </w:pPr>
            <w:r>
              <w:rPr>
                <w:rFonts w:eastAsiaTheme="minorEastAsia" w:hint="eastAsia"/>
                <w:lang w:eastAsia="ja-JP"/>
              </w:rPr>
              <w:t xml:space="preserve">　</w:t>
            </w:r>
            <w:r w:rsidR="00EA16E6">
              <w:rPr>
                <w:rFonts w:eastAsiaTheme="minorEastAsia" w:hint="eastAsia"/>
                <w:lang w:eastAsia="ja-JP"/>
              </w:rPr>
              <w:t>代表</w:t>
            </w:r>
            <w:r>
              <w:rPr>
                <w:rFonts w:eastAsiaTheme="minorEastAsia" w:hint="eastAsia"/>
                <w:lang w:eastAsia="ja-JP"/>
              </w:rPr>
              <w:t>師範　福原</w:t>
            </w:r>
            <w:r w:rsidR="009865D6">
              <w:rPr>
                <w:rFonts w:eastAsiaTheme="minorEastAsia" w:hint="eastAsia"/>
                <w:lang w:eastAsia="ja-JP"/>
              </w:rPr>
              <w:t>、師範　天野、師範代　須々木</w:t>
            </w:r>
          </w:p>
        </w:tc>
      </w:tr>
    </w:tbl>
    <w:p w14:paraId="616A0571" w14:textId="77777777" w:rsidR="00A63DFF" w:rsidRPr="001F08E4" w:rsidRDefault="00A63DFF" w:rsidP="00EA16E6">
      <w:pPr>
        <w:rPr>
          <w:rFonts w:eastAsiaTheme="minorEastAsia" w:hint="eastAsia"/>
          <w:lang w:eastAsia="ja-JP"/>
        </w:rPr>
      </w:pPr>
    </w:p>
    <w:sectPr w:rsidR="00A63DFF" w:rsidRPr="001F08E4" w:rsidSect="00EA16E6">
      <w:pgSz w:w="11906" w:h="16838"/>
      <w:pgMar w:top="567" w:right="794" w:bottom="34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0A3F5" w14:textId="77777777" w:rsidR="00A63DFF" w:rsidRDefault="00A63DFF">
      <w:pPr>
        <w:spacing w:after="0" w:line="240" w:lineRule="auto"/>
      </w:pPr>
      <w:r>
        <w:separator/>
      </w:r>
    </w:p>
  </w:endnote>
  <w:endnote w:type="continuationSeparator" w:id="0">
    <w:p w14:paraId="70B14FE4" w14:textId="77777777" w:rsidR="00A63DFF" w:rsidRDefault="00A63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12D6C" w14:textId="77777777" w:rsidR="00A63DFF" w:rsidRDefault="00A63DFF">
      <w:pPr>
        <w:spacing w:after="0" w:line="240" w:lineRule="auto"/>
      </w:pPr>
      <w:r>
        <w:separator/>
      </w:r>
    </w:p>
  </w:footnote>
  <w:footnote w:type="continuationSeparator" w:id="0">
    <w:p w14:paraId="2EFE13C8" w14:textId="77777777" w:rsidR="00A63DFF" w:rsidRDefault="00A63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678956">
    <w:abstractNumId w:val="8"/>
  </w:num>
  <w:num w:numId="2" w16cid:durableId="594748899">
    <w:abstractNumId w:val="6"/>
  </w:num>
  <w:num w:numId="3" w16cid:durableId="573314926">
    <w:abstractNumId w:val="5"/>
  </w:num>
  <w:num w:numId="4" w16cid:durableId="424351172">
    <w:abstractNumId w:val="4"/>
  </w:num>
  <w:num w:numId="5" w16cid:durableId="1383408748">
    <w:abstractNumId w:val="7"/>
  </w:num>
  <w:num w:numId="6" w16cid:durableId="973294912">
    <w:abstractNumId w:val="3"/>
  </w:num>
  <w:num w:numId="7" w16cid:durableId="1063790924">
    <w:abstractNumId w:val="2"/>
  </w:num>
  <w:num w:numId="8" w16cid:durableId="1832211509">
    <w:abstractNumId w:val="1"/>
  </w:num>
  <w:num w:numId="9" w16cid:durableId="180709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1BAA"/>
    <w:rsid w:val="000E3E06"/>
    <w:rsid w:val="00106F43"/>
    <w:rsid w:val="0015074B"/>
    <w:rsid w:val="00190DFC"/>
    <w:rsid w:val="001A6016"/>
    <w:rsid w:val="001F08E4"/>
    <w:rsid w:val="0029639D"/>
    <w:rsid w:val="00326F90"/>
    <w:rsid w:val="003B7E38"/>
    <w:rsid w:val="00652B45"/>
    <w:rsid w:val="007966A4"/>
    <w:rsid w:val="009331DE"/>
    <w:rsid w:val="00935FA7"/>
    <w:rsid w:val="009865D6"/>
    <w:rsid w:val="00A63DFF"/>
    <w:rsid w:val="00A82FD2"/>
    <w:rsid w:val="00AA1D8D"/>
    <w:rsid w:val="00B47730"/>
    <w:rsid w:val="00C1385D"/>
    <w:rsid w:val="00C52DC7"/>
    <w:rsid w:val="00C773A3"/>
    <w:rsid w:val="00CB0664"/>
    <w:rsid w:val="00EA16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D5C46"/>
  <w14:defaultImageDpi w14:val="300"/>
  <w15:docId w15:val="{278F900F-4F09-4C43-A390-7BC6C843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JP" w:eastAsia="Noto Sans CJK JP" w:hAnsi="Noto Sans CJK JP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  <w:rPr>
      <w:rFonts w:ascii="Noto Sans CJK JP" w:eastAsia="Noto Sans CJK JP" w:hAnsi="Noto Sans CJK JP"/>
    </w:rPr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  <w:rPr>
      <w:rFonts w:ascii="Noto Sans CJK JP" w:eastAsia="Noto Sans CJK JP" w:hAnsi="Noto Sans CJK JP"/>
    </w:rPr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rFonts w:ascii="Noto Sans CJK JP" w:eastAsia="Noto Sans CJK JP" w:hAnsi="Noto Sans CJK JP"/>
    </w:r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  <w:rPr>
      <w:rFonts w:ascii="Noto Sans CJK JP" w:eastAsia="Noto Sans CJK JP" w:hAnsi="Noto Sans CJK JP"/>
    </w:rPr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  <w:rPr>
      <w:rFonts w:ascii="Noto Sans CJK JP" w:eastAsia="Noto Sans CJK JP" w:hAnsi="Noto Sans CJK JP"/>
    </w:rPr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rFonts w:ascii="Noto Sans CJK JP" w:eastAsia="Noto Sans CJK JP" w:hAnsi="Noto Sans CJK JP"/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Noto Sans CJK JP" w:eastAsia="Noto Sans CJK JP" w:hAnsi="Noto Sans CJK JP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Noto Sans CJK JP" w:eastAsia="Noto Sans CJK JP" w:hAnsi="Noto Sans CJK JP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rFonts w:ascii="Noto Sans CJK JP" w:eastAsia="Noto Sans CJK JP" w:hAnsi="Noto Sans CJK JP"/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rFonts w:ascii="Noto Sans CJK JP" w:eastAsia="Noto Sans CJK JP" w:hAnsi="Noto Sans CJK JP"/>
      <w:b/>
      <w:bCs/>
    </w:rPr>
  </w:style>
  <w:style w:type="character" w:styleId="af9">
    <w:name w:val="Emphasis"/>
    <w:basedOn w:val="a2"/>
    <w:uiPriority w:val="20"/>
    <w:qFormat/>
    <w:rsid w:val="00FC693F"/>
    <w:rPr>
      <w:rFonts w:ascii="Noto Sans CJK JP" w:eastAsia="Noto Sans CJK JP" w:hAnsi="Noto Sans CJK JP"/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rFonts w:ascii="Noto Sans CJK JP" w:eastAsia="Noto Sans CJK JP" w:hAnsi="Noto Sans CJK JP"/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rFonts w:ascii="Noto Sans CJK JP" w:eastAsia="Noto Sans CJK JP" w:hAnsi="Noto Sans CJK JP"/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rFonts w:ascii="Noto Sans CJK JP" w:eastAsia="Noto Sans CJK JP" w:hAnsi="Noto Sans CJK JP"/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rFonts w:ascii="Noto Sans CJK JP" w:eastAsia="Noto Sans CJK JP" w:hAnsi="Noto Sans CJK JP"/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rFonts w:ascii="Noto Sans CJK JP" w:eastAsia="Noto Sans CJK JP" w:hAnsi="Noto Sans CJK JP"/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rFonts w:ascii="Noto Sans CJK JP" w:eastAsia="Noto Sans CJK JP" w:hAnsi="Noto Sans CJK JP"/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Noto Sans CJK JP" w:eastAsia="Noto Sans CJK JP" w:hAnsi="Noto Sans CJK JP"/>
    </w:rPr>
  </w:style>
  <w:style w:type="table" w:styleId="afe">
    <w:name w:val="Table Grid"/>
    <w:basedOn w:val="a3"/>
    <w:uiPriority w:val="59"/>
    <w:rsid w:val="00FC693F"/>
    <w:pPr>
      <w:spacing w:after="0" w:line="240" w:lineRule="auto"/>
    </w:pPr>
    <w:rPr>
      <w:rFonts w:ascii="Noto Sans CJK JP" w:eastAsia="Noto Sans CJK JP" w:hAnsi="Noto Sans CJK 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rFonts w:ascii="Noto Sans CJK JP" w:eastAsia="Noto Sans CJK JP" w:hAnsi="Noto Sans CJK JP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rFonts w:ascii="Noto Sans CJK JP" w:eastAsia="Noto Sans CJK JP" w:hAnsi="Noto Sans CJK JP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rFonts w:ascii="Noto Sans CJK JP" w:eastAsia="Noto Sans CJK JP" w:hAnsi="Noto Sans CJK JP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rFonts w:ascii="Noto Sans CJK JP" w:eastAsia="Noto Sans CJK JP" w:hAnsi="Noto Sans CJK JP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rFonts w:ascii="Noto Sans CJK JP" w:eastAsia="Noto Sans CJK JP" w:hAnsi="Noto Sans CJK JP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rFonts w:ascii="Noto Sans CJK JP" w:eastAsia="Noto Sans CJK JP" w:hAnsi="Noto Sans CJK JP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rFonts w:ascii="Noto Sans CJK JP" w:eastAsia="Noto Sans CJK JP" w:hAnsi="Noto Sans CJK JP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rPr>
      <w:rFonts w:ascii="Noto Sans CJK JP" w:eastAsia="Noto Sans CJK JP" w:hAnsi="Noto Sans CJK 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rFonts w:ascii="Noto Sans CJK JP" w:eastAsia="Noto Sans CJK JP" w:hAnsi="Noto Sans CJK JP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rFonts w:ascii="Noto Sans CJK JP" w:eastAsia="Noto Sans CJK JP" w:hAnsi="Noto Sans CJK JP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rFonts w:ascii="Noto Sans CJK JP" w:eastAsia="Noto Sans CJK JP" w:hAnsi="Noto Sans CJK JP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rFonts w:ascii="Noto Sans CJK JP" w:eastAsia="Noto Sans CJK JP" w:hAnsi="Noto Sans CJK JP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rFonts w:ascii="Noto Sans CJK JP" w:eastAsia="Noto Sans CJK JP" w:hAnsi="Noto Sans CJK JP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rFonts w:ascii="Noto Sans CJK JP" w:eastAsia="Noto Sans CJK JP" w:hAnsi="Noto Sans CJK JP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rFonts w:ascii="Noto Sans CJK JP" w:eastAsia="Noto Sans CJK JP" w:hAnsi="Noto Sans CJK JP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rFonts w:ascii="Noto Sans CJK JP" w:eastAsia="Noto Sans CJK JP" w:hAnsi="Noto Sans CJK JP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おやじ 福原　光重</cp:lastModifiedBy>
  <cp:revision>15</cp:revision>
  <dcterms:created xsi:type="dcterms:W3CDTF">2026-08-25T07:23:00Z</dcterms:created>
  <dcterms:modified xsi:type="dcterms:W3CDTF">2026-08-25T07:45:00Z</dcterms:modified>
  <cp:category/>
</cp:coreProperties>
</file>